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154C0" w14:textId="186D77F9" w:rsidR="00983FA0" w:rsidRDefault="002043FE" w:rsidP="00A958EE">
      <w:pPr>
        <w:spacing w:after="0"/>
        <w:rPr>
          <w:sz w:val="18"/>
          <w:lang w:val="lt-LT"/>
        </w:rPr>
      </w:pPr>
      <w:r w:rsidRPr="00A958EE">
        <w:rPr>
          <w:sz w:val="18"/>
          <w:lang w:val="lt-LT"/>
        </w:rPr>
        <w:t xml:space="preserve">PRANEŠIMAS </w:t>
      </w:r>
      <w:r w:rsidR="00A958EE">
        <w:rPr>
          <w:sz w:val="18"/>
          <w:lang w:val="lt-LT"/>
        </w:rPr>
        <w:t>ŽINIASKLAIDAI</w:t>
      </w:r>
    </w:p>
    <w:p w14:paraId="2B0FE81F" w14:textId="3AA05A8F" w:rsidR="00A958EE" w:rsidRPr="00A958EE" w:rsidRDefault="00A958EE" w:rsidP="009A29F8">
      <w:pPr>
        <w:spacing w:after="0"/>
        <w:rPr>
          <w:lang w:val="lt-LT"/>
        </w:rPr>
      </w:pPr>
      <w:r>
        <w:rPr>
          <w:sz w:val="18"/>
          <w:lang w:val="lt-LT"/>
        </w:rPr>
        <w:t>2026 m. spalio 13 d.</w:t>
      </w:r>
    </w:p>
    <w:p w14:paraId="764D35CB" w14:textId="34BEFE53" w:rsidR="00983FA0" w:rsidRPr="00A958EE" w:rsidRDefault="00983FA0" w:rsidP="009A29F8">
      <w:pPr>
        <w:spacing w:after="0"/>
        <w:rPr>
          <w:lang w:val="lt-LT"/>
        </w:rPr>
      </w:pPr>
    </w:p>
    <w:p w14:paraId="0B15AA1B" w14:textId="7DB52BD0" w:rsidR="00983FA0" w:rsidRPr="00863F3C" w:rsidRDefault="00863F3C">
      <w:pPr>
        <w:pStyle w:val="Title"/>
        <w:rPr>
          <w:rFonts w:ascii="Calibri" w:eastAsiaTheme="minorEastAsia" w:hAnsi="Calibri" w:cstheme="minorBidi"/>
          <w:spacing w:val="0"/>
          <w:kern w:val="0"/>
          <w:sz w:val="22"/>
          <w:szCs w:val="22"/>
          <w:lang w:val="lt-LT"/>
        </w:rPr>
      </w:pPr>
      <w:r>
        <w:rPr>
          <w:sz w:val="28"/>
          <w:szCs w:val="40"/>
          <w:lang w:val="lt-LT"/>
        </w:rPr>
        <w:t xml:space="preserve">„Silensis“ imasi įmonių DI transformacijos: komandą stiprina R. Čepas ir R. </w:t>
      </w:r>
      <w:proofErr w:type="spellStart"/>
      <w:r>
        <w:rPr>
          <w:sz w:val="28"/>
          <w:szCs w:val="40"/>
          <w:lang w:val="lt-LT"/>
        </w:rPr>
        <w:t>Valūnas</w:t>
      </w:r>
      <w:proofErr w:type="spellEnd"/>
    </w:p>
    <w:p w14:paraId="592B7CF0" w14:textId="17F88F95" w:rsidR="00983FA0" w:rsidRPr="00A958EE" w:rsidRDefault="0041350C" w:rsidP="00A958EE">
      <w:pPr>
        <w:jc w:val="both"/>
        <w:rPr>
          <w:lang w:val="lt-LT"/>
        </w:rPr>
      </w:pPr>
      <w:r>
        <w:rPr>
          <w:b/>
          <w:lang w:val="lt-LT"/>
        </w:rPr>
        <w:t xml:space="preserve">Dirbtinio intelekto (DI) sprendimus verslui kurianti </w:t>
      </w:r>
      <w:r w:rsidR="008C01F4">
        <w:rPr>
          <w:b/>
          <w:lang w:val="lt-LT"/>
        </w:rPr>
        <w:t xml:space="preserve">ir diegianti </w:t>
      </w:r>
      <w:r>
        <w:rPr>
          <w:b/>
          <w:lang w:val="lt-LT"/>
        </w:rPr>
        <w:t xml:space="preserve">bendrovė </w:t>
      </w:r>
      <w:r w:rsidR="002043FE" w:rsidRPr="00A958EE">
        <w:rPr>
          <w:b/>
          <w:lang w:val="lt-LT"/>
        </w:rPr>
        <w:t>„</w:t>
      </w:r>
      <w:proofErr w:type="spellStart"/>
      <w:r w:rsidR="002043FE" w:rsidRPr="00A958EE">
        <w:rPr>
          <w:b/>
          <w:lang w:val="lt-LT"/>
        </w:rPr>
        <w:t>Silotech</w:t>
      </w:r>
      <w:proofErr w:type="spellEnd"/>
      <w:r w:rsidR="002043FE" w:rsidRPr="00A958EE">
        <w:rPr>
          <w:b/>
          <w:lang w:val="lt-LT"/>
        </w:rPr>
        <w:t xml:space="preserve">“ </w:t>
      </w:r>
      <w:r>
        <w:rPr>
          <w:b/>
          <w:lang w:val="lt-LT"/>
        </w:rPr>
        <w:t xml:space="preserve">plečia veiklą ir </w:t>
      </w:r>
      <w:r w:rsidR="002043FE" w:rsidRPr="00A958EE">
        <w:rPr>
          <w:b/>
          <w:lang w:val="lt-LT"/>
        </w:rPr>
        <w:t xml:space="preserve">pristato </w:t>
      </w:r>
      <w:r>
        <w:rPr>
          <w:b/>
          <w:lang w:val="lt-LT"/>
        </w:rPr>
        <w:t xml:space="preserve">naują </w:t>
      </w:r>
      <w:r w:rsidR="002043FE" w:rsidRPr="00A958EE">
        <w:rPr>
          <w:b/>
          <w:lang w:val="lt-LT"/>
        </w:rPr>
        <w:t xml:space="preserve">prekės ženklą </w:t>
      </w:r>
      <w:r w:rsidR="00B14F31">
        <w:rPr>
          <w:b/>
          <w:lang w:val="lt-LT"/>
        </w:rPr>
        <w:t>„</w:t>
      </w:r>
      <w:r w:rsidR="00B14F31" w:rsidRPr="00A958EE">
        <w:rPr>
          <w:b/>
          <w:lang w:val="lt-LT"/>
        </w:rPr>
        <w:t>Silensis</w:t>
      </w:r>
      <w:r w:rsidR="00B14F31">
        <w:rPr>
          <w:b/>
          <w:lang w:val="lt-LT"/>
        </w:rPr>
        <w:t>“</w:t>
      </w:r>
      <w:r w:rsidR="002043FE" w:rsidRPr="00A958EE">
        <w:rPr>
          <w:b/>
          <w:lang w:val="lt-LT"/>
        </w:rPr>
        <w:t xml:space="preserve">. </w:t>
      </w:r>
      <w:r w:rsidR="008C01F4" w:rsidRPr="008C01F4">
        <w:rPr>
          <w:b/>
          <w:lang w:val="lt-LT"/>
        </w:rPr>
        <w:t xml:space="preserve">Jo veikla apims įmonių DI transformacijos paslaugas, jungiančias verslo strategiją ir praktinį technologinių sprendimų įgyvendinimą. </w:t>
      </w:r>
      <w:r w:rsidR="002043FE" w:rsidRPr="00A958EE">
        <w:rPr>
          <w:b/>
          <w:lang w:val="lt-LT"/>
        </w:rPr>
        <w:t xml:space="preserve">Prie </w:t>
      </w:r>
      <w:r w:rsidR="00B7552C">
        <w:rPr>
          <w:b/>
          <w:lang w:val="lt-LT"/>
        </w:rPr>
        <w:t xml:space="preserve">„Silensis“ </w:t>
      </w:r>
      <w:r>
        <w:rPr>
          <w:b/>
          <w:lang w:val="lt-LT"/>
        </w:rPr>
        <w:t xml:space="preserve">komandos jungiasi </w:t>
      </w:r>
      <w:r w:rsidR="002043FE" w:rsidRPr="00A958EE">
        <w:rPr>
          <w:b/>
          <w:lang w:val="lt-LT"/>
        </w:rPr>
        <w:t>verslininkas ir investuotojas</w:t>
      </w:r>
      <w:r w:rsidR="00010435">
        <w:rPr>
          <w:b/>
          <w:lang w:val="lt-LT"/>
        </w:rPr>
        <w:t xml:space="preserve"> </w:t>
      </w:r>
      <w:r w:rsidR="002043FE" w:rsidRPr="00A958EE">
        <w:rPr>
          <w:b/>
          <w:lang w:val="lt-LT"/>
        </w:rPr>
        <w:t xml:space="preserve">Ričardas Čepas bei strategijos ir valdysenos ekspertas Rytis </w:t>
      </w:r>
      <w:proofErr w:type="spellStart"/>
      <w:r w:rsidR="002043FE" w:rsidRPr="00A958EE">
        <w:rPr>
          <w:b/>
          <w:lang w:val="lt-LT"/>
        </w:rPr>
        <w:t>Valūnas</w:t>
      </w:r>
      <w:proofErr w:type="spellEnd"/>
      <w:r w:rsidR="002043FE" w:rsidRPr="00A958EE">
        <w:rPr>
          <w:b/>
          <w:lang w:val="lt-LT"/>
        </w:rPr>
        <w:t>.</w:t>
      </w:r>
    </w:p>
    <w:p w14:paraId="7EC8E544" w14:textId="320E2F7A" w:rsidR="00B7552C" w:rsidRDefault="002752A7" w:rsidP="00A958EE">
      <w:pPr>
        <w:jc w:val="both"/>
        <w:rPr>
          <w:lang w:val="lt-LT"/>
        </w:rPr>
      </w:pPr>
      <w:r>
        <w:rPr>
          <w:lang w:val="lt-LT"/>
        </w:rPr>
        <w:t>Iki šiol „</w:t>
      </w:r>
      <w:proofErr w:type="spellStart"/>
      <w:r>
        <w:rPr>
          <w:lang w:val="lt-LT"/>
        </w:rPr>
        <w:t>Silotech</w:t>
      </w:r>
      <w:proofErr w:type="spellEnd"/>
      <w:r>
        <w:rPr>
          <w:lang w:val="lt-LT"/>
        </w:rPr>
        <w:t xml:space="preserve">“ </w:t>
      </w:r>
      <w:r w:rsidRPr="002752A7">
        <w:rPr>
          <w:lang w:val="lt-LT"/>
        </w:rPr>
        <w:t>daugiausia dėmesio skyrė DI sprendimų kūrimui ir integravimui į įmonių veiklos procesus.</w:t>
      </w:r>
      <w:r>
        <w:rPr>
          <w:lang w:val="lt-LT"/>
        </w:rPr>
        <w:t xml:space="preserve"> </w:t>
      </w:r>
      <w:r w:rsidR="00B7552C">
        <w:rPr>
          <w:lang w:val="lt-LT"/>
        </w:rPr>
        <w:t xml:space="preserve">Nauju prekės ženklu bendrovė siekia pereiti nuo pavienių technologinių sprendimų diegimo </w:t>
      </w:r>
      <w:r w:rsidR="00E21C85" w:rsidRPr="00E21C85">
        <w:rPr>
          <w:lang w:val="lt-LT"/>
        </w:rPr>
        <w:t>prie platesnės įmonių DI transformacijos</w:t>
      </w:r>
      <w:r w:rsidR="00B7552C">
        <w:rPr>
          <w:lang w:val="lt-LT"/>
        </w:rPr>
        <w:t xml:space="preserve"> –</w:t>
      </w:r>
      <w:r w:rsidR="00AB3832">
        <w:rPr>
          <w:lang w:val="lt-LT"/>
        </w:rPr>
        <w:t xml:space="preserve"> </w:t>
      </w:r>
      <w:r w:rsidR="00B7552C">
        <w:rPr>
          <w:lang w:val="lt-LT"/>
        </w:rPr>
        <w:t>nustatyti verslo prioritetus, pertvarkyti procesus ir įvertinti pasiektus rezultatus.</w:t>
      </w:r>
    </w:p>
    <w:p w14:paraId="01355524" w14:textId="18B1B126" w:rsidR="002752A7" w:rsidRPr="00A958EE" w:rsidRDefault="00026DEA" w:rsidP="00A958EE">
      <w:pPr>
        <w:jc w:val="both"/>
        <w:rPr>
          <w:lang w:val="lt-LT"/>
        </w:rPr>
      </w:pPr>
      <w:r>
        <w:rPr>
          <w:lang w:val="lt-LT"/>
        </w:rPr>
        <w:t>15 metų patirtį technologijų srityje turintis „</w:t>
      </w:r>
      <w:proofErr w:type="spellStart"/>
      <w:r>
        <w:rPr>
          <w:lang w:val="lt-LT"/>
        </w:rPr>
        <w:t>Silotech</w:t>
      </w:r>
      <w:proofErr w:type="spellEnd"/>
      <w:r>
        <w:rPr>
          <w:lang w:val="lt-LT"/>
        </w:rPr>
        <w:t xml:space="preserve">“ įkūrėjas ir </w:t>
      </w:r>
      <w:r w:rsidR="002752A7">
        <w:rPr>
          <w:lang w:val="lt-LT"/>
        </w:rPr>
        <w:t>„Silensis“ vadov</w:t>
      </w:r>
      <w:r>
        <w:rPr>
          <w:lang w:val="lt-LT"/>
        </w:rPr>
        <w:t>as</w:t>
      </w:r>
      <w:r w:rsidR="002752A7">
        <w:rPr>
          <w:lang w:val="lt-LT"/>
        </w:rPr>
        <w:t xml:space="preserve"> Marius </w:t>
      </w:r>
      <w:proofErr w:type="spellStart"/>
      <w:r w:rsidR="002752A7">
        <w:rPr>
          <w:lang w:val="lt-LT"/>
        </w:rPr>
        <w:t>Šilenski</w:t>
      </w:r>
      <w:r>
        <w:rPr>
          <w:lang w:val="lt-LT"/>
        </w:rPr>
        <w:t>s</w:t>
      </w:r>
      <w:proofErr w:type="spellEnd"/>
      <w:r>
        <w:rPr>
          <w:lang w:val="lt-LT"/>
        </w:rPr>
        <w:t xml:space="preserve"> sako, kad </w:t>
      </w:r>
      <w:r w:rsidR="00B7552C">
        <w:rPr>
          <w:lang w:val="lt-LT"/>
        </w:rPr>
        <w:t>plėsti veiklą</w:t>
      </w:r>
      <w:r w:rsidR="002752A7" w:rsidRPr="002752A7">
        <w:rPr>
          <w:lang w:val="lt-LT"/>
        </w:rPr>
        <w:t xml:space="preserve"> paskatino </w:t>
      </w:r>
      <w:r w:rsidR="00B7552C">
        <w:rPr>
          <w:lang w:val="lt-LT"/>
        </w:rPr>
        <w:t>bendradarbiaujant</w:t>
      </w:r>
      <w:r w:rsidR="00E21C85" w:rsidRPr="002752A7">
        <w:rPr>
          <w:lang w:val="lt-LT"/>
        </w:rPr>
        <w:t xml:space="preserve"> </w:t>
      </w:r>
      <w:r w:rsidR="002752A7" w:rsidRPr="002752A7">
        <w:rPr>
          <w:lang w:val="lt-LT"/>
        </w:rPr>
        <w:t xml:space="preserve">su Lietuvos įmonėmis išryškėjęs poreikis </w:t>
      </w:r>
      <w:r w:rsidR="00B7552C">
        <w:rPr>
          <w:lang w:val="lt-LT"/>
        </w:rPr>
        <w:t xml:space="preserve">DI sprendimus </w:t>
      </w:r>
      <w:r w:rsidR="002752A7" w:rsidRPr="002752A7">
        <w:rPr>
          <w:lang w:val="lt-LT"/>
        </w:rPr>
        <w:t xml:space="preserve">glaudžiau susieti su verslo </w:t>
      </w:r>
      <w:r w:rsidR="00E21C85">
        <w:rPr>
          <w:lang w:val="lt-LT"/>
        </w:rPr>
        <w:t>tikslais</w:t>
      </w:r>
      <w:r w:rsidR="00E21C85" w:rsidRPr="002752A7">
        <w:rPr>
          <w:lang w:val="lt-LT"/>
        </w:rPr>
        <w:t xml:space="preserve"> </w:t>
      </w:r>
      <w:r w:rsidR="002752A7" w:rsidRPr="002752A7">
        <w:rPr>
          <w:lang w:val="lt-LT"/>
        </w:rPr>
        <w:t xml:space="preserve">ir </w:t>
      </w:r>
      <w:r w:rsidR="00B7552C">
        <w:rPr>
          <w:lang w:val="lt-LT"/>
        </w:rPr>
        <w:t>praktiniu jų įgyvendinimu</w:t>
      </w:r>
      <w:r w:rsidR="002752A7" w:rsidRPr="002752A7">
        <w:rPr>
          <w:lang w:val="lt-LT"/>
        </w:rPr>
        <w:t>.</w:t>
      </w:r>
    </w:p>
    <w:p w14:paraId="5DF2F688" w14:textId="0C313221" w:rsidR="00983FA0" w:rsidRDefault="002043FE" w:rsidP="00A958EE">
      <w:pPr>
        <w:jc w:val="both"/>
        <w:rPr>
          <w:lang w:val="lt-LT"/>
        </w:rPr>
      </w:pPr>
      <w:r w:rsidRPr="00A958EE">
        <w:rPr>
          <w:lang w:val="lt-LT"/>
        </w:rPr>
        <w:t>„</w:t>
      </w:r>
      <w:r w:rsidR="008C01F4" w:rsidRPr="008C01F4">
        <w:rPr>
          <w:lang w:val="lt-LT"/>
        </w:rPr>
        <w:t xml:space="preserve">Vien automatizuoti </w:t>
      </w:r>
      <w:r w:rsidR="00026DEA">
        <w:rPr>
          <w:lang w:val="lt-LT"/>
        </w:rPr>
        <w:t xml:space="preserve">pavienes </w:t>
      </w:r>
      <w:r w:rsidR="008C01F4" w:rsidRPr="008C01F4">
        <w:rPr>
          <w:lang w:val="lt-LT"/>
        </w:rPr>
        <w:t xml:space="preserve">užduotis neužtenka. </w:t>
      </w:r>
      <w:r w:rsidR="00026DEA">
        <w:rPr>
          <w:lang w:val="lt-LT"/>
        </w:rPr>
        <w:t>Svarbiausia</w:t>
      </w:r>
      <w:r w:rsidR="00530131" w:rsidRPr="00530131">
        <w:rPr>
          <w:lang w:val="lt-LT"/>
        </w:rPr>
        <w:t xml:space="preserve"> nuspręsti, kokių verslo rezultatų siekiama</w:t>
      </w:r>
      <w:r w:rsidR="00026DEA">
        <w:rPr>
          <w:lang w:val="lt-LT"/>
        </w:rPr>
        <w:t xml:space="preserve">, o tuomet pasirinkti tinkamus sprendimus ir įvertinti </w:t>
      </w:r>
      <w:r w:rsidR="00530131" w:rsidRPr="00530131">
        <w:rPr>
          <w:lang w:val="lt-LT"/>
        </w:rPr>
        <w:t>jų naudą. Vien greičiau pareng</w:t>
      </w:r>
      <w:r w:rsidR="00026DEA">
        <w:rPr>
          <w:lang w:val="lt-LT"/>
        </w:rPr>
        <w:t>tas</w:t>
      </w:r>
      <w:r w:rsidR="00530131" w:rsidRPr="00530131">
        <w:rPr>
          <w:lang w:val="lt-LT"/>
        </w:rPr>
        <w:t xml:space="preserve"> dokument</w:t>
      </w:r>
      <w:r w:rsidR="00026DEA">
        <w:rPr>
          <w:lang w:val="lt-LT"/>
        </w:rPr>
        <w:t>as</w:t>
      </w:r>
      <w:r w:rsidR="00530131" w:rsidRPr="00530131">
        <w:rPr>
          <w:lang w:val="lt-LT"/>
        </w:rPr>
        <w:t xml:space="preserve"> dar nereiškia, kad įmonė dirba efektyviau. Todėl </w:t>
      </w:r>
      <w:r w:rsidR="00026DEA">
        <w:rPr>
          <w:lang w:val="lt-LT"/>
        </w:rPr>
        <w:t>mūsų tikslas – ne tik diegti technologijas, bet ir padėti įmonėms pasiekti apčiuopiamų rezultatų</w:t>
      </w:r>
      <w:r w:rsidRPr="00A958EE">
        <w:rPr>
          <w:lang w:val="lt-LT"/>
        </w:rPr>
        <w:t xml:space="preserve">“, </w:t>
      </w:r>
      <w:r w:rsidR="0031428F">
        <w:rPr>
          <w:lang w:val="lt-LT"/>
        </w:rPr>
        <w:t>–</w:t>
      </w:r>
      <w:r w:rsidR="00190670">
        <w:rPr>
          <w:lang w:val="lt-LT"/>
        </w:rPr>
        <w:t xml:space="preserve"> </w:t>
      </w:r>
      <w:r w:rsidR="00B7552C">
        <w:rPr>
          <w:lang w:val="lt-LT"/>
        </w:rPr>
        <w:t>teigia</w:t>
      </w:r>
      <w:r w:rsidR="00026DEA" w:rsidRPr="00A958EE">
        <w:rPr>
          <w:lang w:val="lt-LT"/>
        </w:rPr>
        <w:t xml:space="preserve"> </w:t>
      </w:r>
      <w:r w:rsidRPr="00A958EE">
        <w:rPr>
          <w:lang w:val="lt-LT"/>
        </w:rPr>
        <w:t>M</w:t>
      </w:r>
      <w:r w:rsidR="00530131">
        <w:rPr>
          <w:lang w:val="lt-LT"/>
        </w:rPr>
        <w:t>.</w:t>
      </w:r>
      <w:r w:rsidRPr="00A958EE">
        <w:rPr>
          <w:lang w:val="lt-LT"/>
        </w:rPr>
        <w:t xml:space="preserve"> </w:t>
      </w:r>
      <w:proofErr w:type="spellStart"/>
      <w:r w:rsidRPr="00A958EE">
        <w:rPr>
          <w:lang w:val="lt-LT"/>
        </w:rPr>
        <w:t>Šilenskis</w:t>
      </w:r>
      <w:proofErr w:type="spellEnd"/>
      <w:r w:rsidRPr="00A958EE">
        <w:rPr>
          <w:lang w:val="lt-LT"/>
        </w:rPr>
        <w:t>.</w:t>
      </w:r>
    </w:p>
    <w:p w14:paraId="02965480" w14:textId="7C965DC4" w:rsidR="00AB3832" w:rsidRPr="00A958EE" w:rsidRDefault="00AB3832" w:rsidP="00A958EE">
      <w:pPr>
        <w:jc w:val="both"/>
        <w:rPr>
          <w:lang w:val="lt-LT"/>
        </w:rPr>
      </w:pPr>
      <w:r>
        <w:rPr>
          <w:lang w:val="lt-LT"/>
        </w:rPr>
        <w:t xml:space="preserve">Pasak jo, </w:t>
      </w:r>
      <w:r w:rsidRPr="00AB3832">
        <w:rPr>
          <w:lang w:val="lt-LT"/>
        </w:rPr>
        <w:t>„Silensis“ nėra susieta su vienu DI įrankių tiekėju – technologini</w:t>
      </w:r>
      <w:r w:rsidR="00D86851">
        <w:rPr>
          <w:lang w:val="lt-LT"/>
        </w:rPr>
        <w:t>ai</w:t>
      </w:r>
      <w:r w:rsidRPr="00AB3832">
        <w:rPr>
          <w:lang w:val="lt-LT"/>
        </w:rPr>
        <w:t xml:space="preserve"> sprendim</w:t>
      </w:r>
      <w:r w:rsidR="00D86851">
        <w:rPr>
          <w:lang w:val="lt-LT"/>
        </w:rPr>
        <w:t>ai</w:t>
      </w:r>
      <w:r w:rsidRPr="00AB3832">
        <w:rPr>
          <w:lang w:val="lt-LT"/>
        </w:rPr>
        <w:t xml:space="preserve"> parenka</w:t>
      </w:r>
      <w:r w:rsidR="00D86851">
        <w:rPr>
          <w:lang w:val="lt-LT"/>
        </w:rPr>
        <w:t>mi</w:t>
      </w:r>
      <w:r w:rsidRPr="00AB3832">
        <w:rPr>
          <w:lang w:val="lt-LT"/>
        </w:rPr>
        <w:t xml:space="preserve"> pagal įmonių poreikius ir jau naudojamas sistemas. Pokyčiai įgyvendinami etapais, vertinant jų poveikį visam verslui.</w:t>
      </w:r>
    </w:p>
    <w:p w14:paraId="263BE3AE" w14:textId="7CF8AF15" w:rsidR="00530131" w:rsidRPr="009A29F8" w:rsidRDefault="00DC5A79" w:rsidP="00A958EE">
      <w:pPr>
        <w:jc w:val="both"/>
        <w:rPr>
          <w:b/>
          <w:bCs/>
          <w:lang w:val="lt-LT"/>
        </w:rPr>
      </w:pPr>
      <w:r>
        <w:rPr>
          <w:b/>
          <w:bCs/>
          <w:lang w:val="lt-LT"/>
        </w:rPr>
        <w:t>Prie komandos jungiasi patyrę verslo ekspertai</w:t>
      </w:r>
    </w:p>
    <w:p w14:paraId="38FF5B40" w14:textId="509C39AB" w:rsidR="00B7552C" w:rsidRDefault="00026DEA" w:rsidP="00A958EE">
      <w:pPr>
        <w:jc w:val="both"/>
        <w:rPr>
          <w:lang w:val="lt-LT"/>
        </w:rPr>
      </w:pPr>
      <w:r w:rsidRPr="00026DEA">
        <w:rPr>
          <w:lang w:val="lt-LT"/>
        </w:rPr>
        <w:t xml:space="preserve">„Silensis“ komandą jau sudaro specialistai, įgyvendinantys DI projektus </w:t>
      </w:r>
      <w:r w:rsidR="00B7552C">
        <w:rPr>
          <w:lang w:val="lt-LT"/>
        </w:rPr>
        <w:t>didelėse</w:t>
      </w:r>
      <w:r w:rsidRPr="00026DEA">
        <w:rPr>
          <w:lang w:val="lt-LT"/>
        </w:rPr>
        <w:t xml:space="preserve"> Lietuvos įmonėse. </w:t>
      </w:r>
    </w:p>
    <w:p w14:paraId="26EB5ED4" w14:textId="2F982A81" w:rsidR="00026DEA" w:rsidRDefault="00D86851" w:rsidP="00A958EE">
      <w:pPr>
        <w:jc w:val="both"/>
        <w:rPr>
          <w:lang w:val="lt-LT"/>
        </w:rPr>
      </w:pPr>
      <w:r>
        <w:rPr>
          <w:lang w:val="lt-LT"/>
        </w:rPr>
        <w:t xml:space="preserve">Tarp </w:t>
      </w:r>
      <w:r w:rsidR="00B7552C">
        <w:rPr>
          <w:lang w:val="lt-LT"/>
        </w:rPr>
        <w:t xml:space="preserve">naujųjų komandos narių – </w:t>
      </w:r>
      <w:r w:rsidR="00026DEA">
        <w:rPr>
          <w:lang w:val="lt-LT"/>
        </w:rPr>
        <w:t>R. Čepas,</w:t>
      </w:r>
      <w:r w:rsidR="00026DEA" w:rsidRPr="00026DEA">
        <w:rPr>
          <w:lang w:val="lt-LT"/>
        </w:rPr>
        <w:t xml:space="preserve"> </w:t>
      </w:r>
      <w:r w:rsidR="00026DEA">
        <w:rPr>
          <w:lang w:val="lt-LT"/>
        </w:rPr>
        <w:t xml:space="preserve">vienas iš </w:t>
      </w:r>
      <w:r w:rsidR="00026DEA" w:rsidRPr="00010435">
        <w:rPr>
          <w:lang w:val="lt-LT"/>
        </w:rPr>
        <w:t>nekilnojamojo turto paslaugų bendrovės</w:t>
      </w:r>
      <w:r w:rsidR="00026DEA">
        <w:rPr>
          <w:lang w:val="lt-LT"/>
        </w:rPr>
        <w:t xml:space="preserve"> </w:t>
      </w:r>
      <w:r w:rsidR="00026DEA" w:rsidRPr="00A958EE">
        <w:rPr>
          <w:lang w:val="lt-LT"/>
        </w:rPr>
        <w:t>„</w:t>
      </w:r>
      <w:proofErr w:type="spellStart"/>
      <w:r w:rsidR="00026DEA" w:rsidRPr="00A958EE">
        <w:rPr>
          <w:lang w:val="lt-LT"/>
        </w:rPr>
        <w:t>Newsec</w:t>
      </w:r>
      <w:proofErr w:type="spellEnd"/>
      <w:r w:rsidR="00026DEA" w:rsidRPr="00A958EE">
        <w:rPr>
          <w:lang w:val="lt-LT"/>
        </w:rPr>
        <w:t>/</w:t>
      </w:r>
      <w:proofErr w:type="spellStart"/>
      <w:r w:rsidR="00026DEA" w:rsidRPr="00A958EE">
        <w:rPr>
          <w:lang w:val="lt-LT"/>
        </w:rPr>
        <w:t>Re&amp;Solution</w:t>
      </w:r>
      <w:proofErr w:type="spellEnd"/>
      <w:r w:rsidR="00026DEA" w:rsidRPr="00A958EE">
        <w:rPr>
          <w:lang w:val="lt-LT"/>
        </w:rPr>
        <w:t xml:space="preserve">“ ir </w:t>
      </w:r>
      <w:r w:rsidR="00026DEA" w:rsidRPr="00010435">
        <w:rPr>
          <w:lang w:val="lt-LT"/>
        </w:rPr>
        <w:t xml:space="preserve">investicijų valdymo bendrovės </w:t>
      </w:r>
      <w:r w:rsidR="00026DEA" w:rsidRPr="00A958EE">
        <w:rPr>
          <w:lang w:val="lt-LT"/>
        </w:rPr>
        <w:t>„</w:t>
      </w:r>
      <w:proofErr w:type="spellStart"/>
      <w:r w:rsidR="00026DEA" w:rsidRPr="00A958EE">
        <w:rPr>
          <w:lang w:val="lt-LT"/>
        </w:rPr>
        <w:t>Lords</w:t>
      </w:r>
      <w:proofErr w:type="spellEnd"/>
      <w:r w:rsidR="00026DEA" w:rsidRPr="00A958EE">
        <w:rPr>
          <w:lang w:val="lt-LT"/>
        </w:rPr>
        <w:t xml:space="preserve"> LB </w:t>
      </w:r>
      <w:proofErr w:type="spellStart"/>
      <w:r w:rsidR="00026DEA" w:rsidRPr="00A958EE">
        <w:rPr>
          <w:lang w:val="lt-LT"/>
        </w:rPr>
        <w:t>Asset</w:t>
      </w:r>
      <w:proofErr w:type="spellEnd"/>
      <w:r w:rsidR="00026DEA" w:rsidRPr="00A958EE">
        <w:rPr>
          <w:lang w:val="lt-LT"/>
        </w:rPr>
        <w:t xml:space="preserve"> </w:t>
      </w:r>
      <w:proofErr w:type="spellStart"/>
      <w:r w:rsidR="00026DEA" w:rsidRPr="00A958EE">
        <w:rPr>
          <w:lang w:val="lt-LT"/>
        </w:rPr>
        <w:t>Management</w:t>
      </w:r>
      <w:proofErr w:type="spellEnd"/>
      <w:r w:rsidR="00026DEA" w:rsidRPr="00A958EE">
        <w:rPr>
          <w:lang w:val="lt-LT"/>
        </w:rPr>
        <w:t xml:space="preserve">“ </w:t>
      </w:r>
      <w:r w:rsidR="00026DEA">
        <w:rPr>
          <w:lang w:val="lt-LT"/>
        </w:rPr>
        <w:t xml:space="preserve">įkūrėjų. Daugiau kaip 20 metų patirtį turintis verslininkas </w:t>
      </w:r>
      <w:r w:rsidR="00B7552C">
        <w:rPr>
          <w:lang w:val="lt-LT"/>
        </w:rPr>
        <w:t>eis „Silensis“</w:t>
      </w:r>
      <w:r w:rsidR="00026DEA">
        <w:rPr>
          <w:lang w:val="lt-LT"/>
        </w:rPr>
        <w:t xml:space="preserve"> valdybos pirmininko pareigas.</w:t>
      </w:r>
    </w:p>
    <w:p w14:paraId="16869B83" w14:textId="63DC7F80" w:rsidR="00AB3832" w:rsidRDefault="00AB3832" w:rsidP="00A958EE">
      <w:pPr>
        <w:jc w:val="both"/>
        <w:rPr>
          <w:lang w:val="lt-LT"/>
        </w:rPr>
      </w:pPr>
      <w:r w:rsidRPr="00AB3832">
        <w:rPr>
          <w:lang w:val="lt-LT"/>
        </w:rPr>
        <w:t>„DI leidžia trumpinti vertės grandines, mažinti savikainą ir auginti verslą su tais pačiais ištekliais. Konkurencinį pranašumą įgis tie, kurie šias galimybes pirmieji pavers veikiančiais sprendimais. Būtent todėl prisijungiau prie „Silensis“ – noriu, kad įmonės šį pokytį kurtų, o ne vytųsi“, – sako R. Čepas.</w:t>
      </w:r>
    </w:p>
    <w:p w14:paraId="51DC9E05" w14:textId="6F2B61A0" w:rsidR="00026DEA" w:rsidRDefault="00B7552C" w:rsidP="00A958EE">
      <w:pPr>
        <w:jc w:val="both"/>
        <w:rPr>
          <w:lang w:val="lt-LT"/>
        </w:rPr>
      </w:pPr>
      <w:r>
        <w:rPr>
          <w:lang w:val="lt-LT"/>
        </w:rPr>
        <w:t>V</w:t>
      </w:r>
      <w:r w:rsidR="00026DEA">
        <w:rPr>
          <w:lang w:val="lt-LT"/>
        </w:rPr>
        <w:t>aldybos nar</w:t>
      </w:r>
      <w:r>
        <w:rPr>
          <w:lang w:val="lt-LT"/>
        </w:rPr>
        <w:t xml:space="preserve">iu tapsiantis </w:t>
      </w:r>
      <w:r w:rsidR="002043FE" w:rsidRPr="00A958EE">
        <w:rPr>
          <w:lang w:val="lt-LT"/>
        </w:rPr>
        <w:t>R</w:t>
      </w:r>
      <w:r w:rsidR="004D1CD7">
        <w:rPr>
          <w:lang w:val="lt-LT"/>
        </w:rPr>
        <w:t>.</w:t>
      </w:r>
      <w:r w:rsidR="002043FE" w:rsidRPr="00A958EE">
        <w:rPr>
          <w:lang w:val="lt-LT"/>
        </w:rPr>
        <w:t xml:space="preserve"> </w:t>
      </w:r>
      <w:proofErr w:type="spellStart"/>
      <w:r w:rsidR="002043FE" w:rsidRPr="00A958EE">
        <w:rPr>
          <w:lang w:val="lt-LT"/>
        </w:rPr>
        <w:t>Valūnas</w:t>
      </w:r>
      <w:proofErr w:type="spellEnd"/>
      <w:r w:rsidR="004D1CD7">
        <w:rPr>
          <w:lang w:val="lt-LT"/>
        </w:rPr>
        <w:t xml:space="preserve"> </w:t>
      </w:r>
      <w:r w:rsidR="00026DEA">
        <w:rPr>
          <w:lang w:val="lt-LT"/>
        </w:rPr>
        <w:t xml:space="preserve">turi 17 metų patirtį teisės ir įmonių valdysenos srityse, </w:t>
      </w:r>
      <w:r>
        <w:rPr>
          <w:lang w:val="lt-LT"/>
        </w:rPr>
        <w:t>anksčiau</w:t>
      </w:r>
      <w:r w:rsidR="00026DEA">
        <w:rPr>
          <w:lang w:val="lt-LT"/>
        </w:rPr>
        <w:t xml:space="preserve"> buv</w:t>
      </w:r>
      <w:r>
        <w:rPr>
          <w:lang w:val="lt-LT"/>
        </w:rPr>
        <w:t>o</w:t>
      </w:r>
      <w:r w:rsidR="00026DEA">
        <w:rPr>
          <w:lang w:val="lt-LT"/>
        </w:rPr>
        <w:t xml:space="preserve"> </w:t>
      </w:r>
      <w:r w:rsidR="002043FE" w:rsidRPr="00A958EE">
        <w:rPr>
          <w:lang w:val="lt-LT"/>
        </w:rPr>
        <w:t xml:space="preserve">„KN </w:t>
      </w:r>
      <w:proofErr w:type="spellStart"/>
      <w:r w:rsidR="002043FE" w:rsidRPr="00A958EE">
        <w:rPr>
          <w:lang w:val="lt-LT"/>
        </w:rPr>
        <w:t>Energies</w:t>
      </w:r>
      <w:proofErr w:type="spellEnd"/>
      <w:r w:rsidR="002043FE" w:rsidRPr="00A958EE">
        <w:rPr>
          <w:lang w:val="lt-LT"/>
        </w:rPr>
        <w:t>“</w:t>
      </w:r>
      <w:r w:rsidR="00026DEA">
        <w:rPr>
          <w:lang w:val="lt-LT"/>
        </w:rPr>
        <w:t xml:space="preserve"> vadovybės narys</w:t>
      </w:r>
      <w:r>
        <w:rPr>
          <w:lang w:val="lt-LT"/>
        </w:rPr>
        <w:t>, atsakingas už</w:t>
      </w:r>
      <w:r w:rsidR="00026DEA">
        <w:rPr>
          <w:lang w:val="lt-LT"/>
        </w:rPr>
        <w:t xml:space="preserve"> skaitmenizavimo </w:t>
      </w:r>
      <w:r>
        <w:rPr>
          <w:lang w:val="lt-LT"/>
        </w:rPr>
        <w:t>ir</w:t>
      </w:r>
      <w:r w:rsidR="00026DEA">
        <w:rPr>
          <w:lang w:val="lt-LT"/>
        </w:rPr>
        <w:t xml:space="preserve"> inovacijų strategij</w:t>
      </w:r>
      <w:r>
        <w:rPr>
          <w:lang w:val="lt-LT"/>
        </w:rPr>
        <w:t>ą</w:t>
      </w:r>
      <w:r w:rsidR="00026DEA">
        <w:rPr>
          <w:lang w:val="lt-LT"/>
        </w:rPr>
        <w:t>.</w:t>
      </w:r>
      <w:r w:rsidR="00AB3832">
        <w:rPr>
          <w:lang w:val="lt-LT"/>
        </w:rPr>
        <w:t xml:space="preserve"> </w:t>
      </w:r>
      <w:r w:rsidR="00AB3832" w:rsidRPr="00AB3832">
        <w:rPr>
          <w:lang w:val="lt-LT"/>
        </w:rPr>
        <w:t>„Silensis“ jis daugiausia dėmesio skirs DI valdysenai, įmonių pasirengimui pokyčiams, technologijų naudojimo rizikų valdymui, atitikčiai reikalavimams ir atsakomybių paskirstymui.</w:t>
      </w:r>
    </w:p>
    <w:p w14:paraId="12D45E58" w14:textId="33D6432A" w:rsidR="00863F3C" w:rsidRDefault="00863F3C" w:rsidP="00A958EE">
      <w:pPr>
        <w:jc w:val="both"/>
        <w:rPr>
          <w:lang w:val="lt-LT"/>
        </w:rPr>
      </w:pPr>
      <w:r w:rsidRPr="00863F3C">
        <w:rPr>
          <w:lang w:val="lt-LT"/>
        </w:rPr>
        <w:t xml:space="preserve">„Siekiame, kad įmonės DI sprendimus taikytų ne tik efektyviai, bet ir saugiai bei atsakingai. Tam svarbu tinkamai įvertinti ir valdyti jų keliamas rizikas, užtikrinti atitiktį reikalavimams ir aiškiai paskirstyti atsakomybę už technologijų naudojimą“, – </w:t>
      </w:r>
      <w:r>
        <w:rPr>
          <w:lang w:val="lt-LT"/>
        </w:rPr>
        <w:t>akcentuoja</w:t>
      </w:r>
      <w:r w:rsidRPr="00863F3C">
        <w:rPr>
          <w:lang w:val="lt-LT"/>
        </w:rPr>
        <w:t xml:space="preserve"> R. </w:t>
      </w:r>
      <w:proofErr w:type="spellStart"/>
      <w:r w:rsidRPr="00863F3C">
        <w:rPr>
          <w:lang w:val="lt-LT"/>
        </w:rPr>
        <w:t>Valūnas</w:t>
      </w:r>
      <w:proofErr w:type="spellEnd"/>
      <w:r w:rsidRPr="00863F3C">
        <w:rPr>
          <w:lang w:val="lt-LT"/>
        </w:rPr>
        <w:t>.</w:t>
      </w:r>
    </w:p>
    <w:p w14:paraId="71FAF938" w14:textId="6FE9A9E8" w:rsidR="00983FA0" w:rsidRDefault="004D1CD7" w:rsidP="00A958EE">
      <w:pPr>
        <w:jc w:val="both"/>
        <w:rPr>
          <w:lang w:val="lt-LT"/>
        </w:rPr>
      </w:pPr>
      <w:r>
        <w:rPr>
          <w:lang w:val="lt-LT"/>
        </w:rPr>
        <w:t>U</w:t>
      </w:r>
      <w:r w:rsidR="002043FE" w:rsidRPr="00A958EE">
        <w:rPr>
          <w:lang w:val="lt-LT"/>
        </w:rPr>
        <w:t xml:space="preserve">ž </w:t>
      </w:r>
      <w:r w:rsidR="00026DEA">
        <w:rPr>
          <w:lang w:val="lt-LT"/>
        </w:rPr>
        <w:t xml:space="preserve">DI </w:t>
      </w:r>
      <w:r w:rsidR="002043FE" w:rsidRPr="00A958EE">
        <w:rPr>
          <w:lang w:val="lt-LT"/>
        </w:rPr>
        <w:t xml:space="preserve">technologijų </w:t>
      </w:r>
      <w:r>
        <w:rPr>
          <w:lang w:val="lt-LT"/>
        </w:rPr>
        <w:t>kūrimą</w:t>
      </w:r>
      <w:r w:rsidR="00026DEA">
        <w:rPr>
          <w:lang w:val="lt-LT"/>
        </w:rPr>
        <w:t>, integravimą</w:t>
      </w:r>
      <w:r>
        <w:rPr>
          <w:lang w:val="lt-LT"/>
        </w:rPr>
        <w:t xml:space="preserve"> </w:t>
      </w:r>
      <w:r w:rsidR="002043FE" w:rsidRPr="00A958EE">
        <w:rPr>
          <w:lang w:val="lt-LT"/>
        </w:rPr>
        <w:t xml:space="preserve">ir </w:t>
      </w:r>
      <w:r>
        <w:rPr>
          <w:lang w:val="lt-LT"/>
        </w:rPr>
        <w:t xml:space="preserve">praktinį jų </w:t>
      </w:r>
      <w:r w:rsidR="002043FE" w:rsidRPr="00A958EE">
        <w:rPr>
          <w:lang w:val="lt-LT"/>
        </w:rPr>
        <w:t>įgyvendinim</w:t>
      </w:r>
      <w:r>
        <w:rPr>
          <w:lang w:val="lt-LT"/>
        </w:rPr>
        <w:t>ą bus atsakingas „Silensis“ partneris ir technologijų vadovas Mantas Rainys</w:t>
      </w:r>
      <w:r w:rsidR="00026DEA">
        <w:rPr>
          <w:lang w:val="lt-LT"/>
        </w:rPr>
        <w:t>, turintis daugiau kaip 18 metų patirtį informacinių technologijų srityje.</w:t>
      </w:r>
    </w:p>
    <w:p w14:paraId="3E9BC3CB" w14:textId="77777777" w:rsidR="00530131" w:rsidRDefault="00530131" w:rsidP="00A958EE">
      <w:pPr>
        <w:jc w:val="both"/>
        <w:rPr>
          <w:lang w:val="lt-LT"/>
        </w:rPr>
      </w:pPr>
    </w:p>
    <w:p w14:paraId="55BBA82B" w14:textId="369096E4" w:rsidR="00530131" w:rsidRPr="0082445F" w:rsidRDefault="00530131" w:rsidP="00A958EE">
      <w:pPr>
        <w:jc w:val="both"/>
        <w:rPr>
          <w:b/>
          <w:bCs/>
          <w:i/>
          <w:iCs/>
          <w:lang w:val="lt-LT"/>
        </w:rPr>
      </w:pPr>
      <w:r w:rsidRPr="0082445F">
        <w:rPr>
          <w:b/>
          <w:bCs/>
          <w:i/>
          <w:iCs/>
          <w:lang w:val="lt-LT"/>
        </w:rPr>
        <w:t>Apie „Silensis“</w:t>
      </w:r>
    </w:p>
    <w:p w14:paraId="35D59B74" w14:textId="3D18A384" w:rsidR="00AB3832" w:rsidRPr="0082445F" w:rsidRDefault="00AB3832" w:rsidP="00A958EE">
      <w:pPr>
        <w:jc w:val="both"/>
        <w:rPr>
          <w:i/>
          <w:iCs/>
          <w:lang w:val="lt-LT"/>
        </w:rPr>
      </w:pPr>
      <w:r w:rsidRPr="00AB3832">
        <w:rPr>
          <w:i/>
          <w:iCs/>
          <w:lang w:val="lt-LT"/>
        </w:rPr>
        <w:t>„Silensis“ – 2024 m. įkurtos bendrovės „</w:t>
      </w:r>
      <w:proofErr w:type="spellStart"/>
      <w:r w:rsidRPr="00AB3832">
        <w:rPr>
          <w:i/>
          <w:iCs/>
          <w:lang w:val="lt-LT"/>
        </w:rPr>
        <w:t>Silotech</w:t>
      </w:r>
      <w:proofErr w:type="spellEnd"/>
      <w:r w:rsidRPr="00AB3832">
        <w:rPr>
          <w:i/>
          <w:iCs/>
          <w:lang w:val="lt-LT"/>
        </w:rPr>
        <w:t>“ prekės ženklas, padedantis įmonėms pritaikyti dirbtinį intelektą (DI) savo veikloje. Jo paslaugos apima verslo strategijos formavimą, pasirengimą pokyčiams, DI sprendimų kūrimą, diegimą bei jų teikiamos naudos vertinimą.</w:t>
      </w:r>
    </w:p>
    <w:p w14:paraId="47D393B7" w14:textId="77777777" w:rsidR="00A958EE" w:rsidRPr="00A958EE" w:rsidRDefault="00A958EE" w:rsidP="00A958EE">
      <w:pPr>
        <w:jc w:val="both"/>
        <w:rPr>
          <w:lang w:val="lt-LT"/>
        </w:rPr>
      </w:pPr>
    </w:p>
    <w:p w14:paraId="741411D6" w14:textId="77777777" w:rsidR="00A958EE" w:rsidRPr="009A29F8" w:rsidRDefault="002043FE" w:rsidP="00A958EE">
      <w:pPr>
        <w:jc w:val="both"/>
        <w:rPr>
          <w:b/>
          <w:bCs/>
          <w:lang w:val="lt-LT"/>
        </w:rPr>
      </w:pPr>
      <w:r w:rsidRPr="009A29F8">
        <w:rPr>
          <w:b/>
          <w:bCs/>
          <w:lang w:val="lt-LT"/>
        </w:rPr>
        <w:t>Kontaktas žiniasklaidai:</w:t>
      </w:r>
    </w:p>
    <w:p w14:paraId="2CA09403" w14:textId="77777777" w:rsidR="00A958EE" w:rsidRDefault="002043FE" w:rsidP="009A29F8">
      <w:pPr>
        <w:spacing w:after="0"/>
        <w:jc w:val="both"/>
        <w:rPr>
          <w:lang w:val="lt-LT"/>
        </w:rPr>
      </w:pPr>
      <w:r w:rsidRPr="00A958EE">
        <w:rPr>
          <w:lang w:val="lt-LT"/>
        </w:rPr>
        <w:t xml:space="preserve">Marius </w:t>
      </w:r>
      <w:proofErr w:type="spellStart"/>
      <w:r w:rsidRPr="00A958EE">
        <w:rPr>
          <w:lang w:val="lt-LT"/>
        </w:rPr>
        <w:t>Šilenskis</w:t>
      </w:r>
      <w:proofErr w:type="spellEnd"/>
    </w:p>
    <w:p w14:paraId="61799B99" w14:textId="79C982CE" w:rsidR="00A958EE" w:rsidRDefault="002043FE" w:rsidP="009A29F8">
      <w:pPr>
        <w:spacing w:after="0"/>
        <w:jc w:val="both"/>
        <w:rPr>
          <w:lang w:val="lt-LT"/>
        </w:rPr>
      </w:pPr>
      <w:r w:rsidRPr="00A958EE">
        <w:rPr>
          <w:lang w:val="lt-LT"/>
        </w:rPr>
        <w:t>+370 688 11793</w:t>
      </w:r>
    </w:p>
    <w:p w14:paraId="368413B8" w14:textId="42AC0422" w:rsidR="00A958EE" w:rsidRDefault="00A958EE" w:rsidP="009A29F8">
      <w:pPr>
        <w:spacing w:after="0"/>
        <w:jc w:val="both"/>
        <w:rPr>
          <w:lang w:val="lt-LT"/>
        </w:rPr>
      </w:pPr>
      <w:hyperlink r:id="rId8" w:history="1">
        <w:r w:rsidRPr="00A958EE">
          <w:rPr>
            <w:rStyle w:val="Hyperlink"/>
            <w:lang w:val="lt-LT"/>
          </w:rPr>
          <w:t>welcome@silensis.lt</w:t>
        </w:r>
      </w:hyperlink>
    </w:p>
    <w:p w14:paraId="4AC12B14" w14:textId="0BD8D4F1" w:rsidR="00983FA0" w:rsidRPr="00A958EE" w:rsidRDefault="002043FE" w:rsidP="00A958EE">
      <w:pPr>
        <w:jc w:val="both"/>
        <w:rPr>
          <w:lang w:val="lt-LT"/>
        </w:rPr>
      </w:pPr>
      <w:proofErr w:type="spellStart"/>
      <w:r w:rsidRPr="00A958EE">
        <w:rPr>
          <w:lang w:val="lt-LT"/>
        </w:rPr>
        <w:t>silensis.lt</w:t>
      </w:r>
      <w:proofErr w:type="spellEnd"/>
    </w:p>
    <w:sectPr w:rsidR="00983FA0" w:rsidRPr="00A958EE" w:rsidSect="00034616">
      <w:headerReference w:type="default" r:id="rId9"/>
      <w:footerReference w:type="default" r:id="rId10"/>
      <w:pgSz w:w="11909" w:h="16834"/>
      <w:pgMar w:top="1368" w:right="1123" w:bottom="936" w:left="1123"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F6BCC" w14:textId="77777777" w:rsidR="00165591" w:rsidRDefault="00165591">
      <w:pPr>
        <w:spacing w:after="0" w:line="240" w:lineRule="auto"/>
      </w:pPr>
      <w:r>
        <w:separator/>
      </w:r>
    </w:p>
  </w:endnote>
  <w:endnote w:type="continuationSeparator" w:id="0">
    <w:p w14:paraId="119205FD" w14:textId="77777777" w:rsidR="00165591" w:rsidRDefault="00165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E9C86" w14:textId="77777777" w:rsidR="00983FA0" w:rsidRDefault="002043FE">
    <w:pPr>
      <w:pStyle w:val="Footer"/>
      <w:jc w:val="right"/>
    </w:pPr>
    <w:r>
      <w:rPr>
        <w:sz w:val="16"/>
      </w:rPr>
      <w:t xml:space="preserve">SILENSIS </w:t>
    </w:r>
    <w:r>
      <w:fldChar w:fldCharType="begin"/>
    </w:r>
    <w:r>
      <w:instrText>PAGE</w:instrText>
    </w:r>
    <w:r>
      <w:fldChar w:fldCharType="separate"/>
    </w:r>
    <w:r w:rsidR="008927F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A20DB" w14:textId="77777777" w:rsidR="00165591" w:rsidRDefault="00165591">
      <w:pPr>
        <w:spacing w:after="0" w:line="240" w:lineRule="auto"/>
      </w:pPr>
      <w:r>
        <w:separator/>
      </w:r>
    </w:p>
  </w:footnote>
  <w:footnote w:type="continuationSeparator" w:id="0">
    <w:p w14:paraId="79D8C9E0" w14:textId="77777777" w:rsidR="00165591" w:rsidRDefault="001655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1140C" w14:textId="77777777" w:rsidR="00983FA0" w:rsidRDefault="002043FE">
    <w:pPr>
      <w:pStyle w:val="Header"/>
    </w:pPr>
    <w:r>
      <w:rPr>
        <w:noProof/>
      </w:rPr>
      <w:drawing>
        <wp:inline distT="0" distB="0" distL="0" distR="0" wp14:anchorId="129C104D" wp14:editId="082A2834">
          <wp:extent cx="1463040" cy="3023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ENSIS_Black_Small_600px.png"/>
                  <pic:cNvPicPr/>
                </pic:nvPicPr>
                <pic:blipFill>
                  <a:blip r:embed="rId1"/>
                  <a:stretch>
                    <a:fillRect/>
                  </a:stretch>
                </pic:blipFill>
                <pic:spPr>
                  <a:xfrm>
                    <a:off x="0" y="0"/>
                    <a:ext cx="1463040" cy="3023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9208435">
    <w:abstractNumId w:val="8"/>
  </w:num>
  <w:num w:numId="2" w16cid:durableId="1538735233">
    <w:abstractNumId w:val="6"/>
  </w:num>
  <w:num w:numId="3" w16cid:durableId="597175536">
    <w:abstractNumId w:val="5"/>
  </w:num>
  <w:num w:numId="4" w16cid:durableId="1894350184">
    <w:abstractNumId w:val="4"/>
  </w:num>
  <w:num w:numId="5" w16cid:durableId="1972856151">
    <w:abstractNumId w:val="7"/>
  </w:num>
  <w:num w:numId="6" w16cid:durableId="1122530774">
    <w:abstractNumId w:val="3"/>
  </w:num>
  <w:num w:numId="7" w16cid:durableId="1738432913">
    <w:abstractNumId w:val="2"/>
  </w:num>
  <w:num w:numId="8" w16cid:durableId="609319079">
    <w:abstractNumId w:val="1"/>
  </w:num>
  <w:num w:numId="9" w16cid:durableId="1185441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435"/>
    <w:rsid w:val="00026DEA"/>
    <w:rsid w:val="00034616"/>
    <w:rsid w:val="0006063C"/>
    <w:rsid w:val="00131F59"/>
    <w:rsid w:val="0015074B"/>
    <w:rsid w:val="00165591"/>
    <w:rsid w:val="00190670"/>
    <w:rsid w:val="0019359B"/>
    <w:rsid w:val="002043FE"/>
    <w:rsid w:val="002752A7"/>
    <w:rsid w:val="0029639D"/>
    <w:rsid w:val="002D13DE"/>
    <w:rsid w:val="002E10F9"/>
    <w:rsid w:val="0031428F"/>
    <w:rsid w:val="00326F90"/>
    <w:rsid w:val="003858DE"/>
    <w:rsid w:val="004067B5"/>
    <w:rsid w:val="0041350C"/>
    <w:rsid w:val="0049344E"/>
    <w:rsid w:val="004D1CD7"/>
    <w:rsid w:val="00530131"/>
    <w:rsid w:val="0055409B"/>
    <w:rsid w:val="006144F7"/>
    <w:rsid w:val="0082445F"/>
    <w:rsid w:val="00831ABD"/>
    <w:rsid w:val="00844C7B"/>
    <w:rsid w:val="00863F3C"/>
    <w:rsid w:val="008927FF"/>
    <w:rsid w:val="008C01F4"/>
    <w:rsid w:val="008F426B"/>
    <w:rsid w:val="00964AE7"/>
    <w:rsid w:val="00983FA0"/>
    <w:rsid w:val="009A24C1"/>
    <w:rsid w:val="009A29F8"/>
    <w:rsid w:val="00A958EE"/>
    <w:rsid w:val="00AA1D8D"/>
    <w:rsid w:val="00AB3832"/>
    <w:rsid w:val="00B00D63"/>
    <w:rsid w:val="00B02E69"/>
    <w:rsid w:val="00B14F31"/>
    <w:rsid w:val="00B47730"/>
    <w:rsid w:val="00B7552C"/>
    <w:rsid w:val="00B75EDB"/>
    <w:rsid w:val="00C56E16"/>
    <w:rsid w:val="00CB0664"/>
    <w:rsid w:val="00D11B77"/>
    <w:rsid w:val="00D35A77"/>
    <w:rsid w:val="00D414F4"/>
    <w:rsid w:val="00D86851"/>
    <w:rsid w:val="00DC5A79"/>
    <w:rsid w:val="00E21C85"/>
    <w:rsid w:val="00F84F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3EE551"/>
  <w14:defaultImageDpi w14:val="300"/>
  <w15:docId w15:val="{2ED17C01-30AA-479B-AB56-7A8507013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7"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A958EE"/>
    <w:pPr>
      <w:spacing w:after="0" w:line="240" w:lineRule="auto"/>
    </w:pPr>
    <w:rPr>
      <w:rFonts w:ascii="Calibri" w:hAnsi="Calibri"/>
      <w:color w:val="000000"/>
    </w:rPr>
  </w:style>
  <w:style w:type="character" w:styleId="CommentReference">
    <w:name w:val="annotation reference"/>
    <w:basedOn w:val="DefaultParagraphFont"/>
    <w:uiPriority w:val="99"/>
    <w:semiHidden/>
    <w:unhideWhenUsed/>
    <w:rsid w:val="00A958EE"/>
    <w:rPr>
      <w:sz w:val="16"/>
      <w:szCs w:val="16"/>
    </w:rPr>
  </w:style>
  <w:style w:type="paragraph" w:styleId="CommentText">
    <w:name w:val="annotation text"/>
    <w:basedOn w:val="Normal"/>
    <w:link w:val="CommentTextChar"/>
    <w:uiPriority w:val="99"/>
    <w:unhideWhenUsed/>
    <w:rsid w:val="00A958EE"/>
    <w:pPr>
      <w:spacing w:line="240" w:lineRule="auto"/>
    </w:pPr>
    <w:rPr>
      <w:sz w:val="20"/>
      <w:szCs w:val="20"/>
    </w:rPr>
  </w:style>
  <w:style w:type="character" w:customStyle="1" w:styleId="CommentTextChar">
    <w:name w:val="Comment Text Char"/>
    <w:basedOn w:val="DefaultParagraphFont"/>
    <w:link w:val="CommentText"/>
    <w:uiPriority w:val="99"/>
    <w:rsid w:val="00A958EE"/>
    <w:rPr>
      <w:rFonts w:ascii="Calibri" w:hAnsi="Calibri"/>
      <w:color w:val="000000"/>
      <w:sz w:val="20"/>
      <w:szCs w:val="20"/>
    </w:rPr>
  </w:style>
  <w:style w:type="paragraph" w:styleId="CommentSubject">
    <w:name w:val="annotation subject"/>
    <w:basedOn w:val="CommentText"/>
    <w:next w:val="CommentText"/>
    <w:link w:val="CommentSubjectChar"/>
    <w:uiPriority w:val="99"/>
    <w:semiHidden/>
    <w:unhideWhenUsed/>
    <w:rsid w:val="00A958EE"/>
    <w:rPr>
      <w:b/>
      <w:bCs/>
    </w:rPr>
  </w:style>
  <w:style w:type="character" w:customStyle="1" w:styleId="CommentSubjectChar">
    <w:name w:val="Comment Subject Char"/>
    <w:basedOn w:val="CommentTextChar"/>
    <w:link w:val="CommentSubject"/>
    <w:uiPriority w:val="99"/>
    <w:semiHidden/>
    <w:rsid w:val="00A958EE"/>
    <w:rPr>
      <w:rFonts w:ascii="Calibri" w:hAnsi="Calibri"/>
      <w:b/>
      <w:bCs/>
      <w:color w:val="000000"/>
      <w:sz w:val="20"/>
      <w:szCs w:val="20"/>
    </w:rPr>
  </w:style>
  <w:style w:type="character" w:styleId="Hyperlink">
    <w:name w:val="Hyperlink"/>
    <w:basedOn w:val="DefaultParagraphFont"/>
    <w:uiPriority w:val="99"/>
    <w:unhideWhenUsed/>
    <w:rsid w:val="00A958EE"/>
    <w:rPr>
      <w:color w:val="0000FF" w:themeColor="hyperlink"/>
      <w:u w:val="single"/>
    </w:rPr>
  </w:style>
  <w:style w:type="character" w:styleId="UnresolvedMention">
    <w:name w:val="Unresolved Mention"/>
    <w:basedOn w:val="DefaultParagraphFont"/>
    <w:uiPriority w:val="99"/>
    <w:semiHidden/>
    <w:unhideWhenUsed/>
    <w:rsid w:val="00A958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lcome@silensi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2</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SILENSIS pranešimas spaudai</vt:lpstr>
    </vt:vector>
  </TitlesOfParts>
  <Manager/>
  <Company/>
  <LinksUpToDate>false</LinksUpToDate>
  <CharactersWithSpaces>3753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SILENSIS pranešimas spaudai</dc:title>
  <dc:subject/>
  <dc:creator>Ričardas Čepas</dc:creator>
  <cp:keywords/>
  <dc:description>generated by python-docx</dc:description>
  <cp:lastModifiedBy>Deimantė Buslevičiūtė</cp:lastModifiedBy>
  <cp:revision>13</cp:revision>
  <dcterms:created xsi:type="dcterms:W3CDTF">2013-12-23T23:15:00Z</dcterms:created>
  <dcterms:modified xsi:type="dcterms:W3CDTF">2026-10-13T06:10:00Z</dcterms:modified>
  <cp:category/>
</cp:coreProperties>
</file>